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E04333" w14:textId="77777777" w:rsidR="00B30D13" w:rsidRPr="00BA6863" w:rsidRDefault="00000000">
      <w:pPr>
        <w:spacing w:after="40"/>
        <w:jc w:val="center"/>
        <w:rPr>
          <w:lang w:val="pt-BR"/>
        </w:rPr>
      </w:pPr>
      <w:r w:rsidRPr="00BA6863">
        <w:rPr>
          <w:b/>
          <w:color w:val="2F5496"/>
          <w:lang w:val="pt-BR"/>
        </w:rPr>
        <w:t>UNIVERSIDADE DE BRASÍLIA — INSTITUTO DE LETRAS</w:t>
      </w:r>
      <w:r w:rsidRPr="00BA6863">
        <w:rPr>
          <w:b/>
          <w:color w:val="2F5496"/>
          <w:lang w:val="pt-BR"/>
        </w:rPr>
        <w:br/>
      </w:r>
      <w:r w:rsidRPr="00BA6863">
        <w:rPr>
          <w:b/>
          <w:color w:val="1E1E1E"/>
          <w:sz w:val="24"/>
          <w:lang w:val="pt-BR"/>
        </w:rPr>
        <w:t>PROGRAMA DE PÓS-GRADUAÇÃO EM LINGUÍSTICA (PPGL/UnB)</w:t>
      </w:r>
    </w:p>
    <w:p w14:paraId="557EBEAA" w14:textId="77777777" w:rsidR="00B30D13" w:rsidRPr="00BA6863" w:rsidRDefault="00000000">
      <w:pPr>
        <w:spacing w:before="360" w:after="240"/>
        <w:rPr>
          <w:lang w:val="pt-BR"/>
        </w:rPr>
      </w:pPr>
      <w:r w:rsidRPr="00BA6863">
        <w:rPr>
          <w:b/>
          <w:color w:val="2F5496"/>
          <w:sz w:val="24"/>
          <w:lang w:val="pt-BR"/>
        </w:rPr>
        <w:t>MEMORANDO Nº [NÚMERO]/2026/PPGL/UnB</w:t>
      </w:r>
    </w:p>
    <w:p w14:paraId="7A655001" w14:textId="1C98849B" w:rsidR="00B30D13" w:rsidRPr="00BA6863" w:rsidRDefault="00000000">
      <w:pPr>
        <w:spacing w:after="360"/>
        <w:jc w:val="right"/>
        <w:rPr>
          <w:lang w:val="pt-BR"/>
        </w:rPr>
      </w:pPr>
      <w:r w:rsidRPr="00BA6863">
        <w:rPr>
          <w:lang w:val="pt-BR"/>
        </w:rPr>
        <w:t>Brasília, [DIA] de [MÊS] de 2026</w:t>
      </w:r>
    </w:p>
    <w:p w14:paraId="1BBB24CF" w14:textId="77777777" w:rsidR="00B30D13" w:rsidRPr="00BA6863" w:rsidRDefault="00000000">
      <w:pPr>
        <w:spacing w:after="280"/>
        <w:rPr>
          <w:lang w:val="pt-BR"/>
        </w:rPr>
      </w:pPr>
      <w:r w:rsidRPr="00BA6863">
        <w:rPr>
          <w:b/>
          <w:color w:val="2F5496"/>
          <w:lang w:val="pt-BR"/>
        </w:rPr>
        <w:t>À Coordenação do Programa de Pós-Graduação em Linguística (PPGL/UnB)</w:t>
      </w:r>
      <w:r w:rsidRPr="00BA6863">
        <w:rPr>
          <w:b/>
          <w:color w:val="2F5496"/>
          <w:lang w:val="pt-BR"/>
        </w:rPr>
        <w:br/>
      </w:r>
      <w:r w:rsidRPr="00BA6863">
        <w:rPr>
          <w:b/>
          <w:lang w:val="pt-BR"/>
        </w:rPr>
        <w:t>Ao Prof. Dr. Dioney Moreira Gomes — Presidente da Subcomissão de Estruturação Curricular, Regulamento e Credenciamento</w:t>
      </w:r>
      <w:r w:rsidRPr="00BA6863">
        <w:rPr>
          <w:b/>
          <w:lang w:val="pt-BR"/>
        </w:rPr>
        <w:br/>
        <w:t xml:space="preserve">Assunto: </w:t>
      </w:r>
      <w:r w:rsidRPr="00BA6863">
        <w:rPr>
          <w:lang w:val="pt-BR"/>
        </w:rPr>
        <w:t>Encaminhamento do Formulário BAC-12 (Exercício 2026) e Dossiê Comprobatório de Produtividade Docente.</w:t>
      </w:r>
      <w:r w:rsidRPr="00BA6863">
        <w:rPr>
          <w:lang w:val="pt-BR"/>
        </w:rPr>
        <w:br/>
      </w:r>
      <w:r w:rsidRPr="00BA6863">
        <w:rPr>
          <w:b/>
          <w:lang w:val="pt-BR"/>
        </w:rPr>
        <w:t xml:space="preserve">Referência: </w:t>
      </w:r>
      <w:r w:rsidRPr="00BA6863">
        <w:rPr>
          <w:lang w:val="pt-BR"/>
        </w:rPr>
        <w:t>Processo SEI Individual nº 23106.XXXXXX/2026-XX.</w:t>
      </w:r>
    </w:p>
    <w:p w14:paraId="757FE925" w14:textId="77777777" w:rsidR="00B30D13" w:rsidRPr="00BA6863" w:rsidRDefault="00000000">
      <w:pPr>
        <w:spacing w:after="240"/>
        <w:ind w:firstLine="720"/>
        <w:rPr>
          <w:lang w:val="pt-BR"/>
        </w:rPr>
      </w:pPr>
      <w:r w:rsidRPr="00BA6863">
        <w:rPr>
          <w:lang w:val="pt-BR"/>
        </w:rPr>
        <w:t>Prezada Coordenação e Membros da Subcomissão de Avaliação,</w:t>
      </w:r>
      <w:r w:rsidRPr="00BA6863">
        <w:rPr>
          <w:lang w:val="pt-BR"/>
        </w:rPr>
        <w:br/>
      </w:r>
      <w:r w:rsidRPr="00BA6863">
        <w:rPr>
          <w:lang w:val="pt-BR"/>
        </w:rPr>
        <w:br/>
        <w:t xml:space="preserve">Em cumprimento ao disposto no </w:t>
      </w:r>
      <w:r w:rsidRPr="00BA6863">
        <w:rPr>
          <w:b/>
          <w:lang w:val="pt-BR"/>
        </w:rPr>
        <w:t>Artigo 10º da Resolução PPGL/UnB nº 01/2026</w:t>
      </w:r>
      <w:r w:rsidRPr="00BA6863">
        <w:rPr>
          <w:lang w:val="pt-BR"/>
        </w:rPr>
        <w:t xml:space="preserve">, encaminho para análise e homologação o meu </w:t>
      </w:r>
      <w:r w:rsidRPr="00BA6863">
        <w:rPr>
          <w:b/>
          <w:lang w:val="pt-BR"/>
        </w:rPr>
        <w:t>Formulário Individual de Avaliação Anual de Desempenho (BAC-12)</w:t>
      </w:r>
      <w:r w:rsidRPr="00BA6863">
        <w:rPr>
          <w:lang w:val="pt-BR"/>
        </w:rPr>
        <w:t xml:space="preserve"> referente ao exercício civil de </w:t>
      </w:r>
      <w:r w:rsidRPr="00BA6863">
        <w:rPr>
          <w:b/>
          <w:lang w:val="pt-BR"/>
        </w:rPr>
        <w:t>2026</w:t>
      </w:r>
      <w:r w:rsidRPr="00BA6863">
        <w:rPr>
          <w:lang w:val="pt-BR"/>
        </w:rPr>
        <w:t>, acompanhado da documentação comprobatória das atividades realizadas, devidamente organizada e autuada neste processo individual no SEI.</w:t>
      </w:r>
    </w:p>
    <w:p w14:paraId="47202960" w14:textId="77777777" w:rsidR="00B30D13" w:rsidRDefault="00000000">
      <w:pPr>
        <w:spacing w:before="280" w:after="120"/>
      </w:pPr>
      <w:r>
        <w:rPr>
          <w:b/>
          <w:color w:val="2F5496"/>
        </w:rPr>
        <w:t>1. IDENTIFICAÇÃO DO/A DOCENTE PERMANENTE</w:t>
      </w:r>
    </w:p>
    <w:tbl>
      <w:tblPr>
        <w:tblStyle w:val="Tabelacomgrade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168"/>
        <w:gridCol w:w="6192"/>
      </w:tblGrid>
      <w:tr w:rsidR="00B30D13" w:rsidRPr="00BA6863" w14:paraId="507086EF" w14:textId="77777777">
        <w:trPr>
          <w:jc w:val="center"/>
        </w:trPr>
        <w:tc>
          <w:tcPr>
            <w:tcW w:w="3168" w:type="dxa"/>
            <w:shd w:val="clear" w:color="auto" w:fill="F2F4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7E0284F" w14:textId="77777777" w:rsidR="00B30D13" w:rsidRDefault="00000000">
            <w:r>
              <w:rPr>
                <w:b/>
                <w:sz w:val="19"/>
              </w:rPr>
              <w:t>Nome Completo:</w:t>
            </w:r>
          </w:p>
        </w:tc>
        <w:tc>
          <w:tcPr>
            <w:tcW w:w="6192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D772FC6" w14:textId="77777777" w:rsidR="00B30D13" w:rsidRPr="00BA6863" w:rsidRDefault="00000000">
            <w:pPr>
              <w:rPr>
                <w:lang w:val="pt-BR"/>
              </w:rPr>
            </w:pPr>
            <w:r w:rsidRPr="00BA6863">
              <w:rPr>
                <w:sz w:val="19"/>
                <w:lang w:val="pt-BR"/>
              </w:rPr>
              <w:t>[Nome Completo do/a Docente]</w:t>
            </w:r>
          </w:p>
        </w:tc>
      </w:tr>
      <w:tr w:rsidR="00B30D13" w14:paraId="75268F30" w14:textId="77777777">
        <w:trPr>
          <w:jc w:val="center"/>
        </w:trPr>
        <w:tc>
          <w:tcPr>
            <w:tcW w:w="3168" w:type="dxa"/>
            <w:shd w:val="clear" w:color="auto" w:fill="F2F4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7F56E06" w14:textId="77777777" w:rsidR="00B30D13" w:rsidRDefault="00000000">
            <w:proofErr w:type="spellStart"/>
            <w:r>
              <w:rPr>
                <w:b/>
                <w:sz w:val="19"/>
              </w:rPr>
              <w:t>Matrícula</w:t>
            </w:r>
            <w:proofErr w:type="spellEnd"/>
            <w:r>
              <w:rPr>
                <w:b/>
                <w:sz w:val="19"/>
              </w:rPr>
              <w:t xml:space="preserve"> </w:t>
            </w:r>
            <w:proofErr w:type="spellStart"/>
            <w:r>
              <w:rPr>
                <w:b/>
                <w:sz w:val="19"/>
              </w:rPr>
              <w:t>UnB</w:t>
            </w:r>
            <w:proofErr w:type="spellEnd"/>
            <w:r>
              <w:rPr>
                <w:b/>
                <w:sz w:val="19"/>
              </w:rPr>
              <w:t>/FUB:</w:t>
            </w:r>
          </w:p>
        </w:tc>
        <w:tc>
          <w:tcPr>
            <w:tcW w:w="6192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D8A7E92" w14:textId="77777777" w:rsidR="00B30D13" w:rsidRDefault="00000000">
            <w:r>
              <w:rPr>
                <w:sz w:val="19"/>
              </w:rPr>
              <w:t>[Matrícula FUB]</w:t>
            </w:r>
          </w:p>
        </w:tc>
      </w:tr>
      <w:tr w:rsidR="00B30D13" w:rsidRPr="00BA6863" w14:paraId="4C901260" w14:textId="77777777">
        <w:trPr>
          <w:jc w:val="center"/>
        </w:trPr>
        <w:tc>
          <w:tcPr>
            <w:tcW w:w="3168" w:type="dxa"/>
            <w:shd w:val="clear" w:color="auto" w:fill="F2F4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35010DB" w14:textId="77777777" w:rsidR="00B30D13" w:rsidRDefault="00000000">
            <w:r>
              <w:rPr>
                <w:b/>
                <w:sz w:val="19"/>
              </w:rPr>
              <w:t>Linha(s) de Pesquisa:</w:t>
            </w:r>
          </w:p>
        </w:tc>
        <w:tc>
          <w:tcPr>
            <w:tcW w:w="6192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1A39B78" w14:textId="77777777" w:rsidR="00B30D13" w:rsidRPr="00BA6863" w:rsidRDefault="00000000">
            <w:pPr>
              <w:rPr>
                <w:lang w:val="pt-BR"/>
              </w:rPr>
            </w:pPr>
            <w:r w:rsidRPr="00BA6863">
              <w:rPr>
                <w:sz w:val="19"/>
                <w:lang w:val="pt-BR"/>
              </w:rPr>
              <w:t>[Denominação da(s) Linha(s) de Pesquisa no PPGL]</w:t>
            </w:r>
          </w:p>
        </w:tc>
      </w:tr>
      <w:tr w:rsidR="00B30D13" w:rsidRPr="00BA6863" w14:paraId="121A28E8" w14:textId="77777777">
        <w:trPr>
          <w:jc w:val="center"/>
        </w:trPr>
        <w:tc>
          <w:tcPr>
            <w:tcW w:w="3168" w:type="dxa"/>
            <w:shd w:val="clear" w:color="auto" w:fill="F2F4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E1DC72A" w14:textId="77777777" w:rsidR="00B30D13" w:rsidRDefault="00000000">
            <w:proofErr w:type="spellStart"/>
            <w:r>
              <w:rPr>
                <w:b/>
                <w:sz w:val="19"/>
              </w:rPr>
              <w:t>Exercício</w:t>
            </w:r>
            <w:proofErr w:type="spellEnd"/>
            <w:r>
              <w:rPr>
                <w:b/>
                <w:sz w:val="19"/>
              </w:rPr>
              <w:t xml:space="preserve"> de </w:t>
            </w:r>
            <w:proofErr w:type="spellStart"/>
            <w:r>
              <w:rPr>
                <w:b/>
                <w:sz w:val="19"/>
              </w:rPr>
              <w:t>Referência</w:t>
            </w:r>
            <w:proofErr w:type="spellEnd"/>
            <w:r>
              <w:rPr>
                <w:b/>
                <w:sz w:val="19"/>
              </w:rPr>
              <w:t>:</w:t>
            </w:r>
          </w:p>
        </w:tc>
        <w:tc>
          <w:tcPr>
            <w:tcW w:w="6192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76E6B60" w14:textId="77777777" w:rsidR="00B30D13" w:rsidRPr="00BA6863" w:rsidRDefault="00000000">
            <w:pPr>
              <w:rPr>
                <w:lang w:val="pt-BR"/>
              </w:rPr>
            </w:pPr>
            <w:r w:rsidRPr="00BA6863">
              <w:rPr>
                <w:sz w:val="19"/>
                <w:lang w:val="pt-BR"/>
              </w:rPr>
              <w:t>2026 (Ciclo Anual de Acompanhamento - BAC-12)</w:t>
            </w:r>
          </w:p>
        </w:tc>
      </w:tr>
    </w:tbl>
    <w:p w14:paraId="109FF665" w14:textId="77777777" w:rsidR="00B30D13" w:rsidRPr="00BA6863" w:rsidRDefault="00000000">
      <w:pPr>
        <w:spacing w:before="320" w:after="120"/>
        <w:rPr>
          <w:lang w:val="pt-BR"/>
        </w:rPr>
      </w:pPr>
      <w:r w:rsidRPr="00BA6863">
        <w:rPr>
          <w:b/>
          <w:color w:val="2F5496"/>
          <w:lang w:val="pt-BR"/>
        </w:rPr>
        <w:t>2. RESUMO DA APURAÇÃO DA META ANUAL (BAC-12)</w:t>
      </w:r>
    </w:p>
    <w:p w14:paraId="63BC3750" w14:textId="77777777" w:rsidR="00B30D13" w:rsidRPr="00BA6863" w:rsidRDefault="00000000">
      <w:pPr>
        <w:spacing w:after="160"/>
        <w:ind w:firstLine="720"/>
        <w:rPr>
          <w:lang w:val="pt-BR"/>
        </w:rPr>
      </w:pPr>
      <w:r w:rsidRPr="00BA6863">
        <w:rPr>
          <w:lang w:val="pt-BR"/>
        </w:rPr>
        <w:t xml:space="preserve">No exercício de 2026, a minha pontuação total apurada somou </w:t>
      </w:r>
      <w:r w:rsidRPr="00BA6863">
        <w:rPr>
          <w:b/>
          <w:lang w:val="pt-BR"/>
        </w:rPr>
        <w:t>[X] PONTOS</w:t>
      </w:r>
      <w:r w:rsidRPr="00BA6863">
        <w:rPr>
          <w:lang w:val="pt-BR"/>
        </w:rPr>
        <w:t xml:space="preserve">, cumprindo integralmente a meta anual mínima obrigatória de </w:t>
      </w:r>
      <w:r w:rsidRPr="00BA6863">
        <w:rPr>
          <w:b/>
          <w:lang w:val="pt-BR"/>
        </w:rPr>
        <w:t>200 pontos</w:t>
      </w:r>
      <w:r w:rsidRPr="00BA6863">
        <w:rPr>
          <w:lang w:val="pt-BR"/>
        </w:rPr>
        <w:t xml:space="preserve"> estipulada pelo regulamento do PPGL, bem como a inclusão obrigatória de item da Seção I (Menu de Excelência Bibliográfica), assegurando o status de </w:t>
      </w:r>
      <w:r w:rsidRPr="00BA6863">
        <w:rPr>
          <w:b/>
          <w:lang w:val="pt-BR"/>
        </w:rPr>
        <w:t>CONFORME (Meta Atingida)</w:t>
      </w:r>
      <w:r w:rsidRPr="00BA6863">
        <w:rPr>
          <w:lang w:val="pt-BR"/>
        </w:rPr>
        <w:t>.</w:t>
      </w:r>
    </w:p>
    <w:tbl>
      <w:tblPr>
        <w:tblStyle w:val="Tabelacomgrade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600"/>
        <w:gridCol w:w="2592"/>
        <w:gridCol w:w="1584"/>
        <w:gridCol w:w="1584"/>
      </w:tblGrid>
      <w:tr w:rsidR="00B30D13" w14:paraId="29EE8EA0" w14:textId="77777777">
        <w:trPr>
          <w:jc w:val="center"/>
        </w:trPr>
        <w:tc>
          <w:tcPr>
            <w:tcW w:w="3600" w:type="dxa"/>
            <w:shd w:val="clear" w:color="auto" w:fill="2F549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A2E1DC" w14:textId="77777777" w:rsidR="00B30D13" w:rsidRDefault="00000000">
            <w:pPr>
              <w:jc w:val="center"/>
            </w:pPr>
            <w:proofErr w:type="spellStart"/>
            <w:r>
              <w:rPr>
                <w:b/>
                <w:color w:val="FFFFFF"/>
                <w:sz w:val="19"/>
              </w:rPr>
              <w:t>Dimensão</w:t>
            </w:r>
            <w:proofErr w:type="spellEnd"/>
            <w:r>
              <w:rPr>
                <w:b/>
                <w:color w:val="FFFFFF"/>
                <w:sz w:val="19"/>
              </w:rPr>
              <w:t xml:space="preserve"> de </w:t>
            </w:r>
            <w:proofErr w:type="spellStart"/>
            <w:r>
              <w:rPr>
                <w:b/>
                <w:color w:val="FFFFFF"/>
                <w:sz w:val="19"/>
              </w:rPr>
              <w:t>Avaliação</w:t>
            </w:r>
            <w:proofErr w:type="spellEnd"/>
          </w:p>
        </w:tc>
        <w:tc>
          <w:tcPr>
            <w:tcW w:w="2592" w:type="dxa"/>
            <w:shd w:val="clear" w:color="auto" w:fill="2F549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BFA10A" w14:textId="77777777" w:rsidR="00B30D13" w:rsidRDefault="00000000">
            <w:pPr>
              <w:jc w:val="center"/>
            </w:pPr>
            <w:r>
              <w:rPr>
                <w:b/>
                <w:color w:val="FFFFFF"/>
                <w:sz w:val="19"/>
              </w:rPr>
              <w:t>Exigência Regimental (Res. 01/2026)</w:t>
            </w:r>
          </w:p>
        </w:tc>
        <w:tc>
          <w:tcPr>
            <w:tcW w:w="1584" w:type="dxa"/>
            <w:shd w:val="clear" w:color="auto" w:fill="2F549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9200F4" w14:textId="77777777" w:rsidR="00B30D13" w:rsidRDefault="00000000">
            <w:pPr>
              <w:jc w:val="center"/>
            </w:pPr>
            <w:r>
              <w:rPr>
                <w:b/>
                <w:color w:val="FFFFFF"/>
                <w:sz w:val="19"/>
              </w:rPr>
              <w:t>Pontuação</w:t>
            </w:r>
          </w:p>
        </w:tc>
        <w:tc>
          <w:tcPr>
            <w:tcW w:w="1584" w:type="dxa"/>
            <w:shd w:val="clear" w:color="auto" w:fill="2F549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3B8873" w14:textId="77777777" w:rsidR="00B30D13" w:rsidRDefault="00000000">
            <w:pPr>
              <w:jc w:val="center"/>
            </w:pPr>
            <w:r>
              <w:rPr>
                <w:b/>
                <w:color w:val="FFFFFF"/>
                <w:sz w:val="19"/>
              </w:rPr>
              <w:t>Status</w:t>
            </w:r>
          </w:p>
        </w:tc>
      </w:tr>
      <w:tr w:rsidR="00B30D13" w14:paraId="12BC2AA7" w14:textId="77777777">
        <w:trPr>
          <w:jc w:val="center"/>
        </w:trPr>
        <w:tc>
          <w:tcPr>
            <w:tcW w:w="3600" w:type="dxa"/>
            <w:shd w:val="clear" w:color="auto" w:fill="F9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FE26ADD" w14:textId="77777777" w:rsidR="00B30D13" w:rsidRDefault="00000000">
            <w:r>
              <w:rPr>
                <w:sz w:val="19"/>
              </w:rPr>
              <w:t>Seção I – Produção Bibliográfica</w:t>
            </w:r>
          </w:p>
        </w:tc>
        <w:tc>
          <w:tcPr>
            <w:tcW w:w="2592" w:type="dxa"/>
            <w:shd w:val="clear" w:color="auto" w:fill="F9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C2A78D9" w14:textId="77777777" w:rsidR="00B30D13" w:rsidRPr="00BA6863" w:rsidRDefault="00000000">
            <w:pPr>
              <w:rPr>
                <w:lang w:val="pt-BR"/>
              </w:rPr>
            </w:pPr>
            <w:r w:rsidRPr="00BA6863">
              <w:rPr>
                <w:sz w:val="19"/>
                <w:lang w:val="pt-BR"/>
              </w:rPr>
              <w:t xml:space="preserve">Mínimo 50 a 150 </w:t>
            </w:r>
            <w:proofErr w:type="spellStart"/>
            <w:r w:rsidRPr="00BA6863">
              <w:rPr>
                <w:sz w:val="19"/>
                <w:lang w:val="pt-BR"/>
              </w:rPr>
              <w:t>pts</w:t>
            </w:r>
            <w:proofErr w:type="spellEnd"/>
            <w:r w:rsidRPr="00BA6863">
              <w:rPr>
                <w:sz w:val="19"/>
                <w:lang w:val="pt-BR"/>
              </w:rPr>
              <w:t xml:space="preserve"> (1 item obr.)</w:t>
            </w:r>
          </w:p>
        </w:tc>
        <w:tc>
          <w:tcPr>
            <w:tcW w:w="1584" w:type="dxa"/>
            <w:shd w:val="clear" w:color="auto" w:fill="F9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46B117F" w14:textId="77777777" w:rsidR="00B30D13" w:rsidRDefault="00000000">
            <w:pPr>
              <w:jc w:val="center"/>
            </w:pPr>
            <w:r>
              <w:rPr>
                <w:sz w:val="19"/>
              </w:rPr>
              <w:t>[X] pts</w:t>
            </w:r>
          </w:p>
        </w:tc>
        <w:tc>
          <w:tcPr>
            <w:tcW w:w="1584" w:type="dxa"/>
            <w:shd w:val="clear" w:color="auto" w:fill="F9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A8B07F0" w14:textId="77777777" w:rsidR="00B30D13" w:rsidRDefault="00000000">
            <w:pPr>
              <w:jc w:val="center"/>
            </w:pPr>
            <w:r>
              <w:rPr>
                <w:sz w:val="19"/>
              </w:rPr>
              <w:t>Atendido (OK)</w:t>
            </w:r>
          </w:p>
        </w:tc>
      </w:tr>
      <w:tr w:rsidR="00B30D13" w14:paraId="7DD61023" w14:textId="77777777">
        <w:trPr>
          <w:jc w:val="center"/>
        </w:trPr>
        <w:tc>
          <w:tcPr>
            <w:tcW w:w="36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7BCFF70" w14:textId="77777777" w:rsidR="00B30D13" w:rsidRDefault="00000000">
            <w:r>
              <w:rPr>
                <w:sz w:val="19"/>
              </w:rPr>
              <w:t>Seção II – Atividades Diversas</w:t>
            </w:r>
          </w:p>
        </w:tc>
        <w:tc>
          <w:tcPr>
            <w:tcW w:w="2592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8A0636D" w14:textId="77777777" w:rsidR="00B30D13" w:rsidRPr="00BA6863" w:rsidRDefault="00000000">
            <w:pPr>
              <w:rPr>
                <w:lang w:val="pt-BR"/>
              </w:rPr>
            </w:pPr>
            <w:r w:rsidRPr="00BA6863">
              <w:rPr>
                <w:sz w:val="19"/>
                <w:lang w:val="pt-BR"/>
              </w:rPr>
              <w:t>Saldo complementar para a meta</w:t>
            </w:r>
          </w:p>
        </w:tc>
        <w:tc>
          <w:tcPr>
            <w:tcW w:w="1584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C130A1E" w14:textId="77777777" w:rsidR="00B30D13" w:rsidRDefault="00000000">
            <w:pPr>
              <w:jc w:val="center"/>
            </w:pPr>
            <w:r>
              <w:rPr>
                <w:sz w:val="19"/>
              </w:rPr>
              <w:t>[Y] pts</w:t>
            </w:r>
          </w:p>
        </w:tc>
        <w:tc>
          <w:tcPr>
            <w:tcW w:w="1584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177D93E" w14:textId="77777777" w:rsidR="00B30D13" w:rsidRDefault="00000000">
            <w:pPr>
              <w:jc w:val="center"/>
            </w:pPr>
            <w:r>
              <w:rPr>
                <w:sz w:val="19"/>
              </w:rPr>
              <w:t>Complemento</w:t>
            </w:r>
          </w:p>
        </w:tc>
      </w:tr>
      <w:tr w:rsidR="00B30D13" w14:paraId="19D7EFCF" w14:textId="77777777">
        <w:trPr>
          <w:jc w:val="center"/>
        </w:trPr>
        <w:tc>
          <w:tcPr>
            <w:tcW w:w="3600" w:type="dxa"/>
            <w:shd w:val="clear" w:color="auto" w:fill="DCE6F1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8360F25" w14:textId="77777777" w:rsidR="00B30D13" w:rsidRDefault="00000000">
            <w:r>
              <w:rPr>
                <w:b/>
                <w:sz w:val="19"/>
              </w:rPr>
              <w:lastRenderedPageBreak/>
              <w:t>TOTAL GERAL DO EXERCÍCIO</w:t>
            </w:r>
          </w:p>
        </w:tc>
        <w:tc>
          <w:tcPr>
            <w:tcW w:w="2592" w:type="dxa"/>
            <w:shd w:val="clear" w:color="auto" w:fill="DCE6F1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CEFBECD" w14:textId="77777777" w:rsidR="00B30D13" w:rsidRDefault="00000000">
            <w:r>
              <w:rPr>
                <w:b/>
                <w:sz w:val="19"/>
              </w:rPr>
              <w:t>MÍNIMO DE 200 PONTOS</w:t>
            </w:r>
          </w:p>
        </w:tc>
        <w:tc>
          <w:tcPr>
            <w:tcW w:w="1584" w:type="dxa"/>
            <w:shd w:val="clear" w:color="auto" w:fill="DCE6F1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477BFCD" w14:textId="77777777" w:rsidR="00B30D13" w:rsidRDefault="00000000">
            <w:pPr>
              <w:jc w:val="center"/>
            </w:pPr>
            <w:r>
              <w:rPr>
                <w:b/>
                <w:sz w:val="19"/>
              </w:rPr>
              <w:t>[TOTAL] PONTOS</w:t>
            </w:r>
          </w:p>
        </w:tc>
        <w:tc>
          <w:tcPr>
            <w:tcW w:w="1584" w:type="dxa"/>
            <w:shd w:val="clear" w:color="auto" w:fill="DCE6F1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105E2BB" w14:textId="77777777" w:rsidR="00B30D13" w:rsidRDefault="00000000">
            <w:pPr>
              <w:jc w:val="center"/>
            </w:pPr>
            <w:r>
              <w:rPr>
                <w:b/>
                <w:color w:val="006100"/>
                <w:sz w:val="19"/>
              </w:rPr>
              <w:t>CONFORME</w:t>
            </w:r>
          </w:p>
        </w:tc>
      </w:tr>
    </w:tbl>
    <w:p w14:paraId="0C17A3CE" w14:textId="77777777" w:rsidR="00B30D13" w:rsidRPr="00BA6863" w:rsidRDefault="00000000">
      <w:pPr>
        <w:spacing w:before="320" w:after="120"/>
        <w:rPr>
          <w:lang w:val="pt-BR"/>
        </w:rPr>
      </w:pPr>
      <w:r w:rsidRPr="00BA6863">
        <w:rPr>
          <w:b/>
          <w:color w:val="2F5496"/>
          <w:lang w:val="pt-BR"/>
        </w:rPr>
        <w:t>3. DISCRIMINAÇÃO DETALHADA DA PRODUÇÃO DECLARADA NO BAC-12</w:t>
      </w:r>
    </w:p>
    <w:p w14:paraId="01F3D3E1" w14:textId="77777777" w:rsidR="00B30D13" w:rsidRPr="00BA6863" w:rsidRDefault="00000000">
      <w:pPr>
        <w:spacing w:after="160"/>
        <w:rPr>
          <w:lang w:val="pt-BR"/>
        </w:rPr>
      </w:pPr>
      <w:r w:rsidRPr="00BA6863">
        <w:rPr>
          <w:lang w:val="pt-BR"/>
        </w:rPr>
        <w:t>As atividades e produtos cadastrados na planilha BAC-12 encontram-se organizados nos anexos em PDF autuados neste processo, conforme discriminação a seguir:</w:t>
      </w:r>
    </w:p>
    <w:p w14:paraId="02142181" w14:textId="77777777" w:rsidR="00B30D13" w:rsidRPr="00BA6863" w:rsidRDefault="00000000">
      <w:pPr>
        <w:spacing w:before="120" w:after="80"/>
        <w:rPr>
          <w:lang w:val="pt-BR"/>
        </w:rPr>
      </w:pPr>
      <w:r w:rsidRPr="00BA6863">
        <w:rPr>
          <w:b/>
          <w:color w:val="2F5496"/>
          <w:sz w:val="20"/>
          <w:lang w:val="pt-BR"/>
        </w:rPr>
        <w:t xml:space="preserve">A. Seção I – Menu de Produção Bibliográfica Obrigatória (Subtotal: [X] </w:t>
      </w:r>
      <w:proofErr w:type="spellStart"/>
      <w:r w:rsidRPr="00BA6863">
        <w:rPr>
          <w:b/>
          <w:color w:val="2F5496"/>
          <w:sz w:val="20"/>
          <w:lang w:val="pt-BR"/>
        </w:rPr>
        <w:t>pts</w:t>
      </w:r>
      <w:proofErr w:type="spellEnd"/>
      <w:r w:rsidRPr="00BA6863">
        <w:rPr>
          <w:b/>
          <w:color w:val="2F5496"/>
          <w:sz w:val="20"/>
          <w:lang w:val="pt-BR"/>
        </w:rPr>
        <w:t>)</w:t>
      </w:r>
    </w:p>
    <w:p w14:paraId="5955FF45" w14:textId="77777777" w:rsidR="00B30D13" w:rsidRPr="00BA6863" w:rsidRDefault="00000000">
      <w:pPr>
        <w:spacing w:after="160"/>
        <w:ind w:left="360"/>
        <w:rPr>
          <w:lang w:val="pt-BR"/>
        </w:rPr>
      </w:pPr>
      <w:r w:rsidRPr="00BA6863">
        <w:rPr>
          <w:b/>
          <w:lang w:val="pt-BR"/>
        </w:rPr>
        <w:t xml:space="preserve">• Inciso VI (a/d) – Artigo Qualis A/h5, Livro ou Capítulo: </w:t>
      </w:r>
      <w:proofErr w:type="gramStart"/>
      <w:r w:rsidRPr="00BA6863">
        <w:rPr>
          <w:lang w:val="pt-BR"/>
        </w:rPr>
        <w:t>[Descrever</w:t>
      </w:r>
      <w:proofErr w:type="gramEnd"/>
      <w:r w:rsidRPr="00BA6863">
        <w:rPr>
          <w:lang w:val="pt-BR"/>
        </w:rPr>
        <w:t xml:space="preserve"> o título do produto, periódico/editora, ano de publicação e DOI]. </w:t>
      </w:r>
      <w:r w:rsidRPr="00BA6863">
        <w:rPr>
          <w:b/>
          <w:lang w:val="pt-BR"/>
        </w:rPr>
        <w:t>(Anexo PDF nº [X] — [Y] pontos)</w:t>
      </w:r>
      <w:r w:rsidRPr="00BA6863">
        <w:rPr>
          <w:b/>
          <w:lang w:val="pt-BR"/>
        </w:rPr>
        <w:br/>
        <w:t xml:space="preserve">• </w:t>
      </w:r>
      <w:proofErr w:type="gramStart"/>
      <w:r w:rsidRPr="00BA6863">
        <w:rPr>
          <w:b/>
          <w:lang w:val="pt-BR"/>
        </w:rPr>
        <w:t>[Outros</w:t>
      </w:r>
      <w:proofErr w:type="gramEnd"/>
      <w:r w:rsidRPr="00BA6863">
        <w:rPr>
          <w:b/>
          <w:lang w:val="pt-BR"/>
        </w:rPr>
        <w:t xml:space="preserve"> itens da Seção I, se houver]: </w:t>
      </w:r>
      <w:proofErr w:type="gramStart"/>
      <w:r w:rsidRPr="00BA6863">
        <w:rPr>
          <w:lang w:val="pt-BR"/>
        </w:rPr>
        <w:t>[Descrever</w:t>
      </w:r>
      <w:proofErr w:type="gramEnd"/>
      <w:r w:rsidRPr="00BA6863">
        <w:rPr>
          <w:lang w:val="pt-BR"/>
        </w:rPr>
        <w:t xml:space="preserve"> detalhadamente]. </w:t>
      </w:r>
      <w:r w:rsidRPr="00BA6863">
        <w:rPr>
          <w:b/>
          <w:lang w:val="pt-BR"/>
        </w:rPr>
        <w:t>(Anexo PDF nº [X] — [Y] pontos)</w:t>
      </w:r>
    </w:p>
    <w:p w14:paraId="532EEDC0" w14:textId="77777777" w:rsidR="00B30D13" w:rsidRPr="00BA6863" w:rsidRDefault="00000000">
      <w:pPr>
        <w:spacing w:before="120" w:after="80"/>
        <w:rPr>
          <w:lang w:val="pt-BR"/>
        </w:rPr>
      </w:pPr>
      <w:r w:rsidRPr="00BA6863">
        <w:rPr>
          <w:b/>
          <w:color w:val="2F5496"/>
          <w:sz w:val="20"/>
          <w:lang w:val="pt-BR"/>
        </w:rPr>
        <w:t xml:space="preserve">B. Seção II – Menu de Atividades Diversas (Subtotal: [Z] </w:t>
      </w:r>
      <w:proofErr w:type="spellStart"/>
      <w:r w:rsidRPr="00BA6863">
        <w:rPr>
          <w:b/>
          <w:color w:val="2F5496"/>
          <w:sz w:val="20"/>
          <w:lang w:val="pt-BR"/>
        </w:rPr>
        <w:t>pts</w:t>
      </w:r>
      <w:proofErr w:type="spellEnd"/>
      <w:r w:rsidRPr="00BA6863">
        <w:rPr>
          <w:b/>
          <w:color w:val="2F5496"/>
          <w:sz w:val="20"/>
          <w:lang w:val="pt-BR"/>
        </w:rPr>
        <w:t>)</w:t>
      </w:r>
    </w:p>
    <w:p w14:paraId="4A63C254" w14:textId="77777777" w:rsidR="00B30D13" w:rsidRPr="00BA6863" w:rsidRDefault="00000000">
      <w:pPr>
        <w:spacing w:after="240"/>
        <w:ind w:left="360"/>
        <w:rPr>
          <w:lang w:val="pt-BR"/>
        </w:rPr>
      </w:pPr>
      <w:r w:rsidRPr="00BA6863">
        <w:rPr>
          <w:b/>
          <w:lang w:val="pt-BR"/>
        </w:rPr>
        <w:t xml:space="preserve">• Inciso VII – Produtos Técnicos Qualificados: </w:t>
      </w:r>
      <w:proofErr w:type="gramStart"/>
      <w:r w:rsidRPr="00BA6863">
        <w:rPr>
          <w:lang w:val="pt-BR"/>
        </w:rPr>
        <w:t>[Descrever</w:t>
      </w:r>
      <w:proofErr w:type="gramEnd"/>
      <w:r w:rsidRPr="00BA6863">
        <w:rPr>
          <w:lang w:val="pt-BR"/>
        </w:rPr>
        <w:t xml:space="preserve"> os produtos técnicos e eventos científicos]. (Anexo PDF nº [X] — [Y] pontos)</w:t>
      </w:r>
      <w:r w:rsidRPr="00BA6863">
        <w:rPr>
          <w:lang w:val="pt-BR"/>
        </w:rPr>
        <w:br/>
      </w:r>
      <w:proofErr w:type="gramStart"/>
      <w:r w:rsidRPr="00BA6863">
        <w:rPr>
          <w:b/>
          <w:lang w:val="pt-BR"/>
        </w:rPr>
        <w:t>• Inciso</w:t>
      </w:r>
      <w:proofErr w:type="gramEnd"/>
      <w:r w:rsidRPr="00BA6863">
        <w:rPr>
          <w:b/>
          <w:lang w:val="pt-BR"/>
        </w:rPr>
        <w:t xml:space="preserve"> VIII – Orientações Concluídas na Pós-Graduação PPGL: </w:t>
      </w:r>
      <w:proofErr w:type="gramStart"/>
      <w:r w:rsidRPr="00BA6863">
        <w:rPr>
          <w:lang w:val="pt-BR"/>
        </w:rPr>
        <w:t>[Descrever</w:t>
      </w:r>
      <w:proofErr w:type="gramEnd"/>
      <w:r w:rsidRPr="00BA6863">
        <w:rPr>
          <w:lang w:val="pt-BR"/>
        </w:rPr>
        <w:t xml:space="preserve"> dissertações/teses defendidas]. (Anexo PDF nº [X] — [Y] pontos)</w:t>
      </w:r>
      <w:r w:rsidRPr="00BA6863">
        <w:rPr>
          <w:lang w:val="pt-BR"/>
        </w:rPr>
        <w:br/>
      </w:r>
      <w:proofErr w:type="gramStart"/>
      <w:r w:rsidRPr="00BA6863">
        <w:rPr>
          <w:b/>
          <w:lang w:val="pt-BR"/>
        </w:rPr>
        <w:t>• Inciso</w:t>
      </w:r>
      <w:proofErr w:type="gramEnd"/>
      <w:r w:rsidRPr="00BA6863">
        <w:rPr>
          <w:b/>
          <w:lang w:val="pt-BR"/>
        </w:rPr>
        <w:t xml:space="preserve"> IX – Orientações Concluídas na Graduação UnB: </w:t>
      </w:r>
      <w:proofErr w:type="gramStart"/>
      <w:r w:rsidRPr="00BA6863">
        <w:rPr>
          <w:lang w:val="pt-BR"/>
        </w:rPr>
        <w:t>[Descrever</w:t>
      </w:r>
      <w:proofErr w:type="gramEnd"/>
      <w:r w:rsidRPr="00BA6863">
        <w:rPr>
          <w:lang w:val="pt-BR"/>
        </w:rPr>
        <w:t xml:space="preserve"> IC, TCC, Monitoria]. (Anexo PDF nº [X] — [Y] pontos)</w:t>
      </w:r>
      <w:r w:rsidRPr="00BA6863">
        <w:rPr>
          <w:lang w:val="pt-BR"/>
        </w:rPr>
        <w:br/>
      </w:r>
      <w:proofErr w:type="gramStart"/>
      <w:r w:rsidRPr="00BA6863">
        <w:rPr>
          <w:b/>
          <w:lang w:val="pt-BR"/>
        </w:rPr>
        <w:t>• Incisos</w:t>
      </w:r>
      <w:proofErr w:type="gramEnd"/>
      <w:r w:rsidRPr="00BA6863">
        <w:rPr>
          <w:b/>
          <w:lang w:val="pt-BR"/>
        </w:rPr>
        <w:t xml:space="preserve"> X a XXIX – Demais Atividades Acadêmicas: </w:t>
      </w:r>
      <w:proofErr w:type="gramStart"/>
      <w:r w:rsidRPr="00BA6863">
        <w:rPr>
          <w:lang w:val="pt-BR"/>
        </w:rPr>
        <w:t>[Descrever</w:t>
      </w:r>
      <w:proofErr w:type="gramEnd"/>
      <w:r w:rsidRPr="00BA6863">
        <w:rPr>
          <w:lang w:val="pt-BR"/>
        </w:rPr>
        <w:t xml:space="preserve"> disciplinas, projetos, extensão, comissões]. (Anexo PDF nº [X] — [Y] pontos)</w:t>
      </w:r>
      <w:r w:rsidRPr="00BA6863">
        <w:rPr>
          <w:lang w:val="pt-BR"/>
        </w:rPr>
        <w:br/>
      </w:r>
    </w:p>
    <w:p w14:paraId="7022F9B6" w14:textId="77777777" w:rsidR="00B30D13" w:rsidRPr="00BA6863" w:rsidRDefault="00000000">
      <w:pPr>
        <w:spacing w:before="280" w:after="120"/>
        <w:rPr>
          <w:lang w:val="pt-BR"/>
        </w:rPr>
      </w:pPr>
      <w:r w:rsidRPr="00BA6863">
        <w:rPr>
          <w:b/>
          <w:color w:val="2F5496"/>
          <w:lang w:val="pt-BR"/>
        </w:rPr>
        <w:t>4. ORGANIZAÇÃO DOS DOCUMENTOS NO PROCESSO SEI</w:t>
      </w:r>
    </w:p>
    <w:p w14:paraId="08D2BC39" w14:textId="77777777" w:rsidR="00B30D13" w:rsidRPr="00BA6863" w:rsidRDefault="00000000">
      <w:pPr>
        <w:spacing w:after="240"/>
        <w:ind w:firstLine="720"/>
        <w:rPr>
          <w:lang w:val="pt-BR"/>
        </w:rPr>
      </w:pPr>
      <w:r w:rsidRPr="00BA6863">
        <w:rPr>
          <w:lang w:val="pt-BR"/>
        </w:rPr>
        <w:t>Em estrita observância ao tutorial de instrução processual do PPGL, os documentos deste processo encontram-se ordenados sequencialmente da seguinte forma:</w:t>
      </w:r>
      <w:r w:rsidRPr="00BA6863">
        <w:rPr>
          <w:lang w:val="pt-BR"/>
        </w:rPr>
        <w:br/>
      </w:r>
    </w:p>
    <w:p w14:paraId="178B88FD" w14:textId="35B0145A" w:rsidR="00B30D13" w:rsidRPr="00BA6863" w:rsidRDefault="00000000">
      <w:pPr>
        <w:spacing w:after="240"/>
        <w:ind w:left="720"/>
        <w:rPr>
          <w:lang w:val="pt-BR"/>
        </w:rPr>
      </w:pPr>
      <w:r w:rsidRPr="00BA6863">
        <w:rPr>
          <w:b/>
          <w:lang w:val="pt-BR"/>
        </w:rPr>
        <w:t xml:space="preserve">1º Documento: </w:t>
      </w:r>
      <w:r w:rsidR="00BA6863">
        <w:rPr>
          <w:lang w:val="pt-BR"/>
        </w:rPr>
        <w:t>e</w:t>
      </w:r>
      <w:r w:rsidRPr="00BA6863">
        <w:rPr>
          <w:lang w:val="pt-BR"/>
        </w:rPr>
        <w:t>ste Memorando de Encaminhamento (documento gerado diretamente no SEI).</w:t>
      </w:r>
      <w:r w:rsidRPr="00BA6863">
        <w:rPr>
          <w:lang w:val="pt-BR"/>
        </w:rPr>
        <w:br/>
      </w:r>
      <w:r w:rsidRPr="00BA6863">
        <w:rPr>
          <w:b/>
          <w:lang w:val="pt-BR"/>
        </w:rPr>
        <w:t xml:space="preserve">2º Documento: </w:t>
      </w:r>
      <w:r w:rsidRPr="00BA6863">
        <w:rPr>
          <w:lang w:val="pt-BR"/>
        </w:rPr>
        <w:t>Formulário BAC-12 preenchido e convertido em formato PDF (sem cortes de colunas ou páginas).</w:t>
      </w:r>
      <w:r w:rsidRPr="00BA6863">
        <w:rPr>
          <w:lang w:val="pt-BR"/>
        </w:rPr>
        <w:br/>
      </w:r>
      <w:r w:rsidRPr="00BA6863">
        <w:rPr>
          <w:b/>
          <w:lang w:val="pt-BR"/>
        </w:rPr>
        <w:t xml:space="preserve">3º Documento em diante: </w:t>
      </w:r>
      <w:r w:rsidR="00BA6863">
        <w:rPr>
          <w:lang w:val="pt-BR"/>
        </w:rPr>
        <w:t>a</w:t>
      </w:r>
      <w:r w:rsidRPr="00BA6863">
        <w:rPr>
          <w:lang w:val="pt-BR"/>
        </w:rPr>
        <w:t>nexos probatórios digitais em formato PDF exclusivo para cada tipo de inciso/produção, com indicação do número do anexo na coluna F do formulário.</w:t>
      </w:r>
      <w:r w:rsidRPr="00BA6863">
        <w:rPr>
          <w:lang w:val="pt-BR"/>
        </w:rPr>
        <w:br/>
      </w:r>
    </w:p>
    <w:p w14:paraId="5F1300D0" w14:textId="77777777" w:rsidR="00B30D13" w:rsidRPr="00BA6863" w:rsidRDefault="00000000">
      <w:pPr>
        <w:spacing w:before="280" w:after="120"/>
        <w:rPr>
          <w:lang w:val="pt-BR"/>
        </w:rPr>
      </w:pPr>
      <w:r w:rsidRPr="00BA6863">
        <w:rPr>
          <w:b/>
          <w:color w:val="2F5496"/>
          <w:lang w:val="pt-BR"/>
        </w:rPr>
        <w:t>5. DECLARAÇÃO E TERMO DE RESPONSABILIDADE</w:t>
      </w:r>
    </w:p>
    <w:p w14:paraId="77132086" w14:textId="77777777" w:rsidR="00B30D13" w:rsidRPr="00BA6863" w:rsidRDefault="00000000">
      <w:pPr>
        <w:spacing w:after="360"/>
        <w:ind w:firstLine="720"/>
        <w:rPr>
          <w:lang w:val="pt-BR"/>
        </w:rPr>
      </w:pPr>
      <w:r w:rsidRPr="00BA6863">
        <w:rPr>
          <w:lang w:val="pt-BR"/>
        </w:rPr>
        <w:t>Declaro, para os devidos fins de acompanhamento de produtividade docente perante o PPGL/UnB e a CAPES, que as informações prestadas neste formulário são verdadeiras, correspondem fielmente às minhas atividades do exercício de 2026 e encontram-se devidamente comprovadas pelos documentos organizados e inseridos neste processo SEI.</w:t>
      </w:r>
    </w:p>
    <w:p w14:paraId="33D3A346" w14:textId="77777777" w:rsidR="00B30D13" w:rsidRPr="00BA6863" w:rsidRDefault="00000000">
      <w:pPr>
        <w:spacing w:after="720"/>
        <w:rPr>
          <w:lang w:val="pt-BR"/>
        </w:rPr>
      </w:pPr>
      <w:r w:rsidRPr="00BA6863">
        <w:rPr>
          <w:lang w:val="pt-BR"/>
        </w:rPr>
        <w:lastRenderedPageBreak/>
        <w:t>Respeitosamente,</w:t>
      </w:r>
      <w:r w:rsidRPr="00BA6863">
        <w:rPr>
          <w:lang w:val="pt-BR"/>
        </w:rPr>
        <w:br/>
      </w:r>
    </w:p>
    <w:p w14:paraId="592B922A" w14:textId="77777777" w:rsidR="00B30D13" w:rsidRPr="00BA6863" w:rsidRDefault="00000000">
      <w:pPr>
        <w:jc w:val="center"/>
        <w:rPr>
          <w:lang w:val="pt-BR"/>
        </w:rPr>
      </w:pPr>
      <w:r w:rsidRPr="00BA6863">
        <w:rPr>
          <w:lang w:val="pt-BR"/>
        </w:rPr>
        <w:t>___________________________________________________</w:t>
      </w:r>
      <w:r w:rsidRPr="00BA6863">
        <w:rPr>
          <w:lang w:val="pt-BR"/>
        </w:rPr>
        <w:br/>
      </w:r>
      <w:r w:rsidRPr="00BA6863">
        <w:rPr>
          <w:b/>
          <w:lang w:val="pt-BR"/>
        </w:rPr>
        <w:t>[NOME COMPLETO DO/A DOCENTE]</w:t>
      </w:r>
      <w:r w:rsidRPr="00BA6863">
        <w:rPr>
          <w:b/>
          <w:lang w:val="pt-BR"/>
        </w:rPr>
        <w:br/>
      </w:r>
      <w:r w:rsidRPr="00BA6863">
        <w:rPr>
          <w:lang w:val="pt-BR"/>
        </w:rPr>
        <w:t>Docente Permanente do PPGL/UnB</w:t>
      </w:r>
      <w:r w:rsidRPr="00BA6863">
        <w:rPr>
          <w:lang w:val="pt-BR"/>
        </w:rPr>
        <w:br/>
        <w:t>Matrícula FUB nº [MATRÍCULA FUB]</w:t>
      </w:r>
      <w:r w:rsidRPr="00BA6863">
        <w:rPr>
          <w:lang w:val="pt-BR"/>
        </w:rPr>
        <w:br/>
      </w:r>
      <w:r w:rsidRPr="00BA6863">
        <w:rPr>
          <w:i/>
          <w:sz w:val="19"/>
          <w:lang w:val="pt-BR"/>
        </w:rPr>
        <w:t>(Assinado Eletronicamente via SEI-UnB)</w:t>
      </w:r>
    </w:p>
    <w:sectPr w:rsidR="00B30D13" w:rsidRPr="00BA6863" w:rsidSect="00034616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1A0759" w14:textId="77777777" w:rsidR="001E3F66" w:rsidRDefault="001E3F66">
      <w:pPr>
        <w:spacing w:after="0" w:line="240" w:lineRule="auto"/>
      </w:pPr>
      <w:r>
        <w:separator/>
      </w:r>
    </w:p>
  </w:endnote>
  <w:endnote w:type="continuationSeparator" w:id="0">
    <w:p w14:paraId="67B5F421" w14:textId="77777777" w:rsidR="001E3F66" w:rsidRDefault="001E3F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‚l‚r ƒSƒVƒbƒN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8A4633" w14:textId="77777777" w:rsidR="00B30D13" w:rsidRDefault="00B30D13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A64AA8" w14:textId="77777777" w:rsidR="001E3F66" w:rsidRDefault="001E3F66">
      <w:pPr>
        <w:spacing w:after="0" w:line="240" w:lineRule="auto"/>
      </w:pPr>
      <w:r>
        <w:separator/>
      </w:r>
    </w:p>
  </w:footnote>
  <w:footnote w:type="continuationSeparator" w:id="0">
    <w:p w14:paraId="6CEB6CF1" w14:textId="77777777" w:rsidR="001E3F66" w:rsidRDefault="001E3F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01E561" w14:textId="77777777" w:rsidR="00B30D13" w:rsidRPr="00BA6863" w:rsidRDefault="00000000">
    <w:pPr>
      <w:pStyle w:val="Cabealho"/>
      <w:jc w:val="right"/>
      <w:rPr>
        <w:lang w:val="pt-BR"/>
      </w:rPr>
    </w:pPr>
    <w:r w:rsidRPr="00BA6863">
      <w:rPr>
        <w:color w:val="787878"/>
        <w:sz w:val="17"/>
        <w:lang w:val="pt-BR"/>
      </w:rPr>
      <w:t>UNIVERSIDADE DE BRASÍLIA — INSTITUTO DE LETRAS — PPGL</w:t>
    </w:r>
    <w:r w:rsidRPr="00BA6863">
      <w:rPr>
        <w:color w:val="787878"/>
        <w:sz w:val="17"/>
        <w:lang w:val="pt-BR"/>
      </w:rPr>
      <w:br/>
      <w:t>Formulário BAC-12 (Exercício 2026)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3106863">
    <w:abstractNumId w:val="8"/>
  </w:num>
  <w:num w:numId="2" w16cid:durableId="206647970">
    <w:abstractNumId w:val="6"/>
  </w:num>
  <w:num w:numId="3" w16cid:durableId="1695304739">
    <w:abstractNumId w:val="5"/>
  </w:num>
  <w:num w:numId="4" w16cid:durableId="1305890895">
    <w:abstractNumId w:val="4"/>
  </w:num>
  <w:num w:numId="5" w16cid:durableId="834340906">
    <w:abstractNumId w:val="7"/>
  </w:num>
  <w:num w:numId="6" w16cid:durableId="1996837239">
    <w:abstractNumId w:val="3"/>
  </w:num>
  <w:num w:numId="7" w16cid:durableId="1148523039">
    <w:abstractNumId w:val="2"/>
  </w:num>
  <w:num w:numId="8" w16cid:durableId="854080884">
    <w:abstractNumId w:val="1"/>
  </w:num>
  <w:num w:numId="9" w16cid:durableId="803772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15C89"/>
    <w:rsid w:val="00034616"/>
    <w:rsid w:val="0006063C"/>
    <w:rsid w:val="0015074B"/>
    <w:rsid w:val="001E3F66"/>
    <w:rsid w:val="0029639D"/>
    <w:rsid w:val="00326F90"/>
    <w:rsid w:val="004155DF"/>
    <w:rsid w:val="00AA1D8D"/>
    <w:rsid w:val="00B30D13"/>
    <w:rsid w:val="00B47730"/>
    <w:rsid w:val="00BA6863"/>
    <w:rsid w:val="00C60D06"/>
    <w:rsid w:val="00CB0664"/>
    <w:rsid w:val="00D24E4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E268047"/>
  <w14:defaultImageDpi w14:val="300"/>
  <w15:docId w15:val="{2192463B-67C2-4629-9B94-0E2AF0271F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Calibri" w:hAnsi="Calibri"/>
      <w:color w:val="282828"/>
    </w:rPr>
  </w:style>
  <w:style w:type="paragraph" w:styleId="Ttulo1">
    <w:name w:val="heading 1"/>
    <w:basedOn w:val="Normal"/>
    <w:next w:val="Normal"/>
    <w:link w:val="Ttulo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654</Words>
  <Characters>3533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4179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Viviane Vieira</cp:lastModifiedBy>
  <cp:revision>2</cp:revision>
  <dcterms:created xsi:type="dcterms:W3CDTF">2026-10-09T18:24:00Z</dcterms:created>
  <dcterms:modified xsi:type="dcterms:W3CDTF">2026-10-09T18:24:00Z</dcterms:modified>
  <cp:category/>
</cp:coreProperties>
</file>